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FEUILLE DE MATCH — BASKETBALL</w:t>
      </w:r>
    </w:p>
    <w:p>
      <w:r>
        <w:rPr>
          <w:color w:val="888888"/>
          <w:sz w:val="16"/>
        </w:rPr>
        <w:t>Modèle gratuit proposé par Sunday Heroes — www.sundayheroes.net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</w:tcPr>
          <w:p>
            <w:r>
              <w:t>Date :</w:t>
            </w:r>
          </w:p>
        </w:tc>
        <w:tc>
          <w:tcPr>
            <w:tcW w:type="dxa" w:w="2720"/>
          </w:tcPr>
          <w:p>
            <w:r>
              <w:t>Heure :</w:t>
            </w:r>
          </w:p>
        </w:tc>
        <w:tc>
          <w:tcPr>
            <w:tcW w:type="dxa" w:w="2720"/>
          </w:tcPr>
          <w:p>
            <w:r>
              <w:t>Lieu / salle :</w:t>
            </w:r>
          </w:p>
        </w:tc>
        <w:tc>
          <w:tcPr>
            <w:tcW w:type="dxa" w:w="2720"/>
          </w:tcPr>
          <w:p>
            <w:r>
              <w:t>Catégorie :</w:t>
            </w:r>
          </w:p>
        </w:tc>
      </w:tr>
      <w:tr>
        <w:tc>
          <w:tcPr>
            <w:tcW w:type="dxa" w:w="5440"/>
            <w:gridSpan w:val="2"/>
          </w:tcPr>
          <w:p>
            <w:r>
              <w:t>Compétition / tournoi :</w:t>
            </w:r>
          </w:p>
        </w:tc>
        <w:tc>
          <w:tcPr>
            <w:tcW w:type="dxa" w:w="2720"/>
          </w:tcPr>
          <w:p>
            <w:r>
              <w:t>N° de rencontre :</w:t>
            </w:r>
          </w:p>
        </w:tc>
        <w:tc>
          <w:tcPr>
            <w:tcW w:type="dxa" w:w="2720"/>
          </w:tcPr>
          <w:p>
            <w:r>
              <w:t>Poule :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10880"/>
            <w:gridSpan w:val="4"/>
          </w:tcPr>
          <w:p>
            <w:r>
              <w:t>ÉQUIPE A :</w:t>
            </w:r>
          </w:p>
        </w:tc>
      </w:tr>
      <w:tr>
        <w:tc>
          <w:tcPr>
            <w:tcW w:type="dxa" w:w="2720"/>
          </w:tcPr>
          <w:p>
            <w:r>
              <w:rPr>
                <w:b/>
              </w:rPr>
              <w:t>N°</w:t>
            </w:r>
          </w:p>
        </w:tc>
        <w:tc>
          <w:tcPr>
            <w:tcW w:type="dxa" w:w="2720"/>
          </w:tcPr>
          <w:p>
            <w:r>
              <w:rPr>
                <w:b/>
              </w:rPr>
              <w:t>Nom et prénom</w:t>
            </w:r>
          </w:p>
        </w:tc>
        <w:tc>
          <w:tcPr>
            <w:tcW w:type="dxa" w:w="2720"/>
          </w:tcPr>
          <w:p>
            <w:r>
              <w:rPr>
                <w:b/>
              </w:rPr>
              <w:t>N° licence</w:t>
            </w:r>
          </w:p>
        </w:tc>
        <w:tc>
          <w:tcPr>
            <w:tcW w:type="dxa" w:w="2720"/>
          </w:tcPr>
          <w:p>
            <w:r>
              <w:rPr>
                <w:b/>
              </w:rPr>
              <w:t>Fautes (1 case par faute, 5 = exclusion)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5440"/>
            <w:gridSpan w:val="2"/>
          </w:tcPr>
          <w:p>
            <w:r>
              <w:t>Entraîneur :</w:t>
            </w:r>
          </w:p>
        </w:tc>
        <w:tc>
          <w:tcPr>
            <w:tcW w:type="dxa" w:w="5440"/>
            <w:gridSpan w:val="2"/>
          </w:tcPr>
          <w:p>
            <w:r>
              <w:t>Fautes banc : ☐ ☐ ☐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10880"/>
            <w:gridSpan w:val="4"/>
          </w:tcPr>
          <w:p>
            <w:r>
              <w:t>ÉQUIPE B :</w:t>
            </w:r>
          </w:p>
        </w:tc>
      </w:tr>
      <w:tr>
        <w:tc>
          <w:tcPr>
            <w:tcW w:type="dxa" w:w="2720"/>
          </w:tcPr>
          <w:p>
            <w:r>
              <w:rPr>
                <w:b/>
              </w:rPr>
              <w:t>N°</w:t>
            </w:r>
          </w:p>
        </w:tc>
        <w:tc>
          <w:tcPr>
            <w:tcW w:type="dxa" w:w="2720"/>
          </w:tcPr>
          <w:p>
            <w:r>
              <w:rPr>
                <w:b/>
              </w:rPr>
              <w:t>Nom et prénom</w:t>
            </w:r>
          </w:p>
        </w:tc>
        <w:tc>
          <w:tcPr>
            <w:tcW w:type="dxa" w:w="2720"/>
          </w:tcPr>
          <w:p>
            <w:r>
              <w:rPr>
                <w:b/>
              </w:rPr>
              <w:t>N° licence</w:t>
            </w:r>
          </w:p>
        </w:tc>
        <w:tc>
          <w:tcPr>
            <w:tcW w:type="dxa" w:w="2720"/>
          </w:tcPr>
          <w:p>
            <w:r>
              <w:rPr>
                <w:b/>
              </w:rPr>
              <w:t>Fautes (1 case par faute, 5 = exclusion)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/>
        </w:tc>
        <w:tc>
          <w:tcPr>
            <w:tcW w:type="dxa" w:w="2720"/>
          </w:tcPr>
          <w:p>
            <w:r>
              <w:t>☐ ☐ ☐ ☐ ☐</w:t>
            </w:r>
          </w:p>
        </w:tc>
      </w:tr>
      <w:tr>
        <w:tc>
          <w:tcPr>
            <w:tcW w:type="dxa" w:w="5440"/>
            <w:gridSpan w:val="2"/>
          </w:tcPr>
          <w:p>
            <w:r>
              <w:t>Entraîneur :</w:t>
            </w:r>
          </w:p>
        </w:tc>
        <w:tc>
          <w:tcPr>
            <w:tcW w:type="dxa" w:w="5440"/>
            <w:gridSpan w:val="2"/>
          </w:tcPr>
          <w:p>
            <w:r>
              <w:t>Fautes banc : ☐ ☐ ☐</w:t>
            </w:r>
          </w:p>
        </w:tc>
      </w:tr>
    </w:tbl>
    <w:p/>
    <w:p>
      <w:r>
        <w:rPr>
          <w:b/>
        </w:rPr>
        <w:t>SCORE PAR PÉRIODE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54"/>
        <w:gridCol w:w="1554"/>
        <w:gridCol w:w="1554"/>
        <w:gridCol w:w="1554"/>
        <w:gridCol w:w="1554"/>
        <w:gridCol w:w="1554"/>
        <w:gridCol w:w="1554"/>
      </w:tblGrid>
      <w:tr>
        <w:tc>
          <w:tcPr>
            <w:tcW w:type="dxa" w:w="1554"/>
          </w:tcPr>
          <w:p>
            <w:r/>
          </w:p>
        </w:tc>
        <w:tc>
          <w:tcPr>
            <w:tcW w:type="dxa" w:w="1554"/>
          </w:tcPr>
          <w:p>
            <w:r>
              <w:t>Q1</w:t>
            </w:r>
          </w:p>
        </w:tc>
        <w:tc>
          <w:tcPr>
            <w:tcW w:type="dxa" w:w="1554"/>
          </w:tcPr>
          <w:p>
            <w:r>
              <w:t>Q2</w:t>
            </w:r>
          </w:p>
        </w:tc>
        <w:tc>
          <w:tcPr>
            <w:tcW w:type="dxa" w:w="1554"/>
          </w:tcPr>
          <w:p>
            <w:r>
              <w:t>Q3</w:t>
            </w:r>
          </w:p>
        </w:tc>
        <w:tc>
          <w:tcPr>
            <w:tcW w:type="dxa" w:w="1554"/>
          </w:tcPr>
          <w:p>
            <w:r>
              <w:t>Q4</w:t>
            </w:r>
          </w:p>
        </w:tc>
        <w:tc>
          <w:tcPr>
            <w:tcW w:type="dxa" w:w="1554"/>
          </w:tcPr>
          <w:p>
            <w:r>
              <w:t>Prolongation</w:t>
            </w:r>
          </w:p>
        </w:tc>
        <w:tc>
          <w:tcPr>
            <w:tcW w:type="dxa" w:w="1554"/>
          </w:tcPr>
          <w:p>
            <w:r>
              <w:t>Total</w:t>
            </w:r>
          </w:p>
        </w:tc>
      </w:tr>
      <w:tr>
        <w:tc>
          <w:tcPr>
            <w:tcW w:type="dxa" w:w="1554"/>
          </w:tcPr>
          <w:p>
            <w:r>
              <w:t>Équipe A</w:t>
            </w:r>
          </w:p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</w:tr>
      <w:tr>
        <w:tc>
          <w:tcPr>
            <w:tcW w:type="dxa" w:w="1554"/>
          </w:tcPr>
          <w:p>
            <w:r>
              <w:t>Équipe B</w:t>
            </w:r>
          </w:p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  <w:tc>
          <w:tcPr>
            <w:tcW w:type="dxa" w:w="1554"/>
          </w:tcPr>
          <w:p/>
        </w:tc>
      </w:tr>
    </w:tbl>
    <w:p/>
    <w:p>
      <w:r>
        <w:rPr>
          <w:b/>
        </w:rPr>
        <w:t>TEMPS-MORTS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</w:tcPr>
          <w:p>
            <w:r/>
          </w:p>
        </w:tc>
        <w:tc>
          <w:tcPr>
            <w:tcW w:type="dxa" w:w="2720"/>
          </w:tcPr>
          <w:p>
            <w:r>
              <w:t>1re mi-temps</w:t>
            </w:r>
          </w:p>
        </w:tc>
        <w:tc>
          <w:tcPr>
            <w:tcW w:type="dxa" w:w="2720"/>
          </w:tcPr>
          <w:p>
            <w:r>
              <w:t>2e mi-temps</w:t>
            </w:r>
          </w:p>
        </w:tc>
        <w:tc>
          <w:tcPr>
            <w:tcW w:type="dxa" w:w="2720"/>
          </w:tcPr>
          <w:p>
            <w:r>
              <w:t>Prolongation</w:t>
            </w:r>
          </w:p>
        </w:tc>
      </w:tr>
      <w:tr>
        <w:tc>
          <w:tcPr>
            <w:tcW w:type="dxa" w:w="2720"/>
          </w:tcPr>
          <w:p>
            <w:r>
              <w:t>Équipe A</w:t>
            </w:r>
          </w:p>
        </w:tc>
        <w:tc>
          <w:tcPr>
            <w:tcW w:type="dxa" w:w="2720"/>
          </w:tcPr>
          <w:p>
            <w:r>
              <w:t>☐ ☐</w:t>
            </w:r>
          </w:p>
        </w:tc>
        <w:tc>
          <w:tcPr>
            <w:tcW w:type="dxa" w:w="2720"/>
          </w:tcPr>
          <w:p>
            <w:r>
              <w:t>☐ ☐ ☐</w:t>
            </w:r>
          </w:p>
        </w:tc>
        <w:tc>
          <w:tcPr>
            <w:tcW w:type="dxa" w:w="2720"/>
          </w:tcPr>
          <w:p>
            <w:r>
              <w:t>☐</w:t>
            </w:r>
          </w:p>
        </w:tc>
      </w:tr>
      <w:tr>
        <w:tc>
          <w:tcPr>
            <w:tcW w:type="dxa" w:w="2720"/>
          </w:tcPr>
          <w:p>
            <w:r>
              <w:t>Équipe B</w:t>
            </w:r>
          </w:p>
        </w:tc>
        <w:tc>
          <w:tcPr>
            <w:tcW w:type="dxa" w:w="2720"/>
          </w:tcPr>
          <w:p>
            <w:r>
              <w:t>☐ ☐</w:t>
            </w:r>
          </w:p>
        </w:tc>
        <w:tc>
          <w:tcPr>
            <w:tcW w:type="dxa" w:w="2720"/>
          </w:tcPr>
          <w:p>
            <w:r>
              <w:t>☐ ☐ ☐</w:t>
            </w:r>
          </w:p>
        </w:tc>
        <w:tc>
          <w:tcPr>
            <w:tcW w:type="dxa" w:w="2720"/>
          </w:tcPr>
          <w:p>
            <w:r>
              <w:t>☐</w:t>
            </w:r>
          </w:p>
        </w:tc>
      </w:tr>
    </w:tbl>
    <w:p/>
    <w:p>
      <w:r>
        <w:rPr>
          <w:b/>
        </w:rPr>
        <w:t>RÉSULTAT FINAL</w:t>
      </w:r>
    </w:p>
    <w:p>
      <w:r>
        <w:t>Score : ________  —  ________        Vainqueur : ______________________________</w:t>
      </w:r>
    </w:p>
    <w:p/>
    <w:p>
      <w:r>
        <w:rPr>
          <w:b/>
        </w:rPr>
        <w:t>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27"/>
        <w:gridCol w:w="3627"/>
        <w:gridCol w:w="3627"/>
      </w:tblGrid>
      <w:tr>
        <w:tc>
          <w:tcPr>
            <w:tcW w:type="dxa" w:w="3627"/>
          </w:tcPr>
          <w:p>
            <w:r>
              <w:t>Marqueur (nom + signature)</w:t>
              <w:br/>
              <w:br/>
            </w:r>
          </w:p>
        </w:tc>
        <w:tc>
          <w:tcPr>
            <w:tcW w:type="dxa" w:w="3627"/>
          </w:tcPr>
          <w:p>
            <w:r>
              <w:t>Chronométreur (nom + signature)</w:t>
              <w:br/>
              <w:br/>
            </w:r>
          </w:p>
        </w:tc>
        <w:tc>
          <w:tcPr>
            <w:tcW w:type="dxa" w:w="3627"/>
          </w:tcPr>
          <w:p>
            <w:r>
              <w:t>Arbitre (nom + signature)</w:t>
              <w:br/>
              <w:br/>
            </w:r>
          </w:p>
        </w:tc>
      </w:tr>
      <w:tr>
        <w:tc>
          <w:tcPr>
            <w:tcW w:type="dxa" w:w="3627"/>
          </w:tcPr>
          <w:p>
            <w:r>
              <w:t>Capitaine équipe A</w:t>
              <w:br/>
              <w:br/>
            </w:r>
          </w:p>
        </w:tc>
        <w:tc>
          <w:tcPr>
            <w:tcW w:type="dxa" w:w="3627"/>
          </w:tcPr>
          <w:p>
            <w:r>
              <w:t>Capitaine équipe B</w:t>
              <w:br/>
              <w:br/>
            </w:r>
          </w:p>
        </w:tc>
        <w:tc>
          <w:tcPr>
            <w:tcW w:type="dxa" w:w="3627"/>
          </w:tcPr>
          <w:p>
            <w:r>
              <w:t>Réserves / observations</w:t>
              <w:br/>
              <w:br/>
            </w:r>
          </w:p>
        </w:tc>
      </w:tr>
    </w:tbl>
    <w:p/>
    <w:p>
      <w:r>
        <w:rPr>
          <w:color w:val="666666"/>
          <w:sz w:val="16"/>
        </w:rPr>
        <w:t>★ Entourez le numéro des 5 joueurs qui débutent la rencontre. Modèle libre d'utilisation pour matchs amicaux, tournois et plateaux. Pour les rencontres officielles FFBB, la feuille de match se fait sur e-Marque.</w:t>
      </w:r>
    </w:p>
    <w:sectPr w:rsidR="00FC693F" w:rsidRPr="0006063C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Helvetica" w:hAnsi="Helvetic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